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07EBA" w14:textId="77777777" w:rsidR="00C8226C" w:rsidRPr="00C54DA6" w:rsidRDefault="00000000">
      <w:pPr>
        <w:bidi/>
        <w:spacing w:after="20" w:line="240" w:lineRule="auto"/>
        <w:jc w:val="center"/>
        <w:rPr>
          <w:color w:val="000000" w:themeColor="text1"/>
        </w:rPr>
      </w:pPr>
      <w:proofErr w:type="spellStart"/>
      <w:r w:rsidRPr="00C54DA6">
        <w:rPr>
          <w:b/>
          <w:color w:val="000000" w:themeColor="text1"/>
          <w:sz w:val="34"/>
        </w:rPr>
        <w:t>چالش</w:t>
      </w:r>
      <w:proofErr w:type="spellEnd"/>
      <w:r w:rsidRPr="00C54DA6">
        <w:rPr>
          <w:b/>
          <w:color w:val="000000" w:themeColor="text1"/>
          <w:sz w:val="34"/>
        </w:rPr>
        <w:t xml:space="preserve"> </w:t>
      </w:r>
      <w:proofErr w:type="spellStart"/>
      <w:r w:rsidRPr="00C54DA6">
        <w:rPr>
          <w:b/>
          <w:color w:val="000000" w:themeColor="text1"/>
          <w:sz w:val="34"/>
        </w:rPr>
        <w:t>از</w:t>
      </w:r>
      <w:proofErr w:type="spellEnd"/>
      <w:r w:rsidRPr="00C54DA6">
        <w:rPr>
          <w:b/>
          <w:color w:val="000000" w:themeColor="text1"/>
          <w:sz w:val="34"/>
        </w:rPr>
        <w:t xml:space="preserve"> </w:t>
      </w:r>
      <w:proofErr w:type="spellStart"/>
      <w:r w:rsidRPr="00C54DA6">
        <w:rPr>
          <w:b/>
          <w:color w:val="000000" w:themeColor="text1"/>
          <w:sz w:val="34"/>
        </w:rPr>
        <w:t>فناوری</w:t>
      </w:r>
      <w:proofErr w:type="spellEnd"/>
      <w:r w:rsidRPr="00C54DA6">
        <w:rPr>
          <w:b/>
          <w:color w:val="000000" w:themeColor="text1"/>
          <w:sz w:val="34"/>
        </w:rPr>
        <w:t xml:space="preserve"> </w:t>
      </w:r>
      <w:proofErr w:type="spellStart"/>
      <w:r w:rsidRPr="00C54DA6">
        <w:rPr>
          <w:b/>
          <w:color w:val="000000" w:themeColor="text1"/>
          <w:sz w:val="34"/>
        </w:rPr>
        <w:t>تا</w:t>
      </w:r>
      <w:proofErr w:type="spellEnd"/>
      <w:r w:rsidRPr="00C54DA6">
        <w:rPr>
          <w:b/>
          <w:color w:val="000000" w:themeColor="text1"/>
          <w:sz w:val="34"/>
        </w:rPr>
        <w:t xml:space="preserve"> </w:t>
      </w:r>
      <w:proofErr w:type="spellStart"/>
      <w:r w:rsidRPr="00C54DA6">
        <w:rPr>
          <w:b/>
          <w:color w:val="000000" w:themeColor="text1"/>
          <w:sz w:val="34"/>
        </w:rPr>
        <w:t>بازار</w:t>
      </w:r>
      <w:proofErr w:type="spellEnd"/>
    </w:p>
    <w:p w14:paraId="30BA5E84" w14:textId="77777777" w:rsidR="00C8226C" w:rsidRPr="00C54DA6" w:rsidRDefault="00000000">
      <w:pPr>
        <w:bidi/>
        <w:spacing w:after="100" w:line="240" w:lineRule="auto"/>
        <w:jc w:val="center"/>
        <w:rPr>
          <w:color w:val="000000" w:themeColor="text1"/>
        </w:rPr>
      </w:pPr>
      <w:r w:rsidRPr="00C54DA6">
        <w:rPr>
          <w:b/>
          <w:color w:val="000000" w:themeColor="text1"/>
          <w:sz w:val="22"/>
        </w:rPr>
        <w:t>فرم شماره ۱ ـ اطلاعات متقاضیان و وضعیت فناوری</w:t>
      </w:r>
    </w:p>
    <w:p w14:paraId="78C8C997" w14:textId="18B7009C" w:rsidR="00C8226C" w:rsidRPr="00C54DA6" w:rsidRDefault="00000000" w:rsidP="00576B31">
      <w:pPr>
        <w:bidi/>
        <w:spacing w:after="80" w:line="240" w:lineRule="auto"/>
        <w:jc w:val="both"/>
        <w:rPr>
          <w:color w:val="000000" w:themeColor="text1"/>
        </w:rPr>
      </w:pPr>
      <w:proofErr w:type="spellStart"/>
      <w:r w:rsidRPr="00C54DA6">
        <w:rPr>
          <w:color w:val="000000" w:themeColor="text1"/>
          <w:sz w:val="19"/>
        </w:rPr>
        <w:t>لطفاً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اطلاعات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را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تکمیل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فرمایید</w:t>
      </w:r>
      <w:proofErr w:type="spellEnd"/>
      <w:r w:rsidRPr="00C54DA6">
        <w:rPr>
          <w:color w:val="000000" w:themeColor="text1"/>
          <w:sz w:val="19"/>
        </w:rPr>
        <w:t xml:space="preserve">. در صورت گروهی بودن </w:t>
      </w:r>
      <w:proofErr w:type="spellStart"/>
      <w:r w:rsidRPr="00C54DA6">
        <w:rPr>
          <w:color w:val="000000" w:themeColor="text1"/>
          <w:sz w:val="19"/>
        </w:rPr>
        <w:t>طرح</w:t>
      </w:r>
      <w:proofErr w:type="spellEnd"/>
      <w:r w:rsidRPr="00C54DA6">
        <w:rPr>
          <w:color w:val="000000" w:themeColor="text1"/>
          <w:sz w:val="19"/>
        </w:rPr>
        <w:t xml:space="preserve">، </w:t>
      </w:r>
      <w:proofErr w:type="spellStart"/>
      <w:r w:rsidRPr="00C54DA6">
        <w:rPr>
          <w:color w:val="000000" w:themeColor="text1"/>
          <w:sz w:val="19"/>
        </w:rPr>
        <w:t>مشخصات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همه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اعضای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گروه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درج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proofErr w:type="gramStart"/>
      <w:r w:rsidRPr="00C54DA6">
        <w:rPr>
          <w:color w:val="000000" w:themeColor="text1"/>
          <w:sz w:val="19"/>
        </w:rPr>
        <w:t>شود</w:t>
      </w:r>
      <w:proofErr w:type="spellEnd"/>
      <w:r w:rsidRPr="00C54DA6">
        <w:rPr>
          <w:color w:val="000000" w:themeColor="text1"/>
          <w:sz w:val="19"/>
        </w:rPr>
        <w:t>.</w:t>
      </w:r>
      <w:r w:rsidR="00B5622E" w:rsidRPr="00C54DA6">
        <w:rPr>
          <w:rFonts w:hint="cs"/>
          <w:color w:val="000000" w:themeColor="text1"/>
          <w:sz w:val="19"/>
          <w:rtl/>
        </w:rPr>
        <w:t>.</w:t>
      </w:r>
      <w:proofErr w:type="gramEnd"/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0350"/>
      </w:tblGrid>
      <w:tr w:rsidR="00C54DA6" w:rsidRPr="00C54DA6" w14:paraId="487BB002" w14:textId="77777777" w:rsidTr="00C54DA6">
        <w:trPr>
          <w:jc w:val="center"/>
        </w:trPr>
        <w:tc>
          <w:tcPr>
            <w:tcW w:w="10370" w:type="dxa"/>
            <w:tcBorders>
              <w:top w:val="single" w:sz="8" w:space="0" w:color="8EAADB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EA9C51" w14:textId="77777777" w:rsidR="00C8226C" w:rsidRPr="00C54DA6" w:rsidRDefault="00000000" w:rsidP="00576B31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color w:val="000000" w:themeColor="text1"/>
                <w:sz w:val="23"/>
              </w:rPr>
              <w:t>بخش اول ـ اطلاعات داوطلبان</w:t>
            </w:r>
          </w:p>
        </w:tc>
      </w:tr>
    </w:tbl>
    <w:p w14:paraId="4C1C1BBC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38B4DC2E" w14:textId="77777777">
        <w:trPr>
          <w:trHeight w:val="425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60E16C" w14:textId="53FCDFF2" w:rsidR="00C8226C" w:rsidRPr="00C54DA6" w:rsidRDefault="00B5622E" w:rsidP="00576B31">
            <w:pPr>
              <w:bidi/>
              <w:spacing w:after="0"/>
              <w:rPr>
                <w:bCs/>
                <w:color w:val="000000" w:themeColor="text1"/>
              </w:rPr>
            </w:pPr>
            <w:r w:rsidRPr="00C54DA6">
              <w:rPr>
                <w:bCs/>
                <w:color w:val="000000" w:themeColor="text1"/>
                <w:rtl/>
              </w:rPr>
              <w:t>نام و نام خانوادگی اعضای گروه:</w:t>
            </w:r>
          </w:p>
        </w:tc>
      </w:tr>
    </w:tbl>
    <w:p w14:paraId="0D6F9294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02"/>
        <w:gridCol w:w="3880"/>
      </w:tblGrid>
      <w:tr w:rsidR="00C8226C" w:rsidRPr="00C54DA6" w14:paraId="656C7778" w14:textId="77777777" w:rsidTr="00576B31">
        <w:trPr>
          <w:jc w:val="center"/>
        </w:trPr>
        <w:tc>
          <w:tcPr>
            <w:tcW w:w="5702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56DE48" w14:textId="1665C16E" w:rsidR="00C8226C" w:rsidRPr="00C54DA6" w:rsidRDefault="00B5622E" w:rsidP="00576B31">
            <w:pPr>
              <w:bidi/>
              <w:spacing w:after="0"/>
              <w:rPr>
                <w:color w:val="000000" w:themeColor="text1"/>
                <w:rtl/>
                <w:lang w:bidi="fa-IR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نام سرگروه / نماینده:.........................</w:t>
            </w:r>
          </w:p>
        </w:tc>
        <w:tc>
          <w:tcPr>
            <w:tcW w:w="3880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9A3191" w14:textId="77089CDD" w:rsidR="00C8226C" w:rsidRPr="00C54DA6" w:rsidRDefault="00B5622E" w:rsidP="00576B31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سمت / رشته تحصیلی: ........................................</w:t>
            </w:r>
          </w:p>
        </w:tc>
      </w:tr>
    </w:tbl>
    <w:p w14:paraId="0D3010BC" w14:textId="77777777" w:rsidR="00C8226C" w:rsidRPr="00C54DA6" w:rsidRDefault="00C8226C" w:rsidP="00576B31">
      <w:pPr>
        <w:bidi/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02"/>
        <w:gridCol w:w="3880"/>
      </w:tblGrid>
      <w:tr w:rsidR="00C8226C" w:rsidRPr="00C54DA6" w14:paraId="71A28694" w14:textId="77777777" w:rsidTr="00576B31">
        <w:trPr>
          <w:jc w:val="center"/>
        </w:trPr>
        <w:tc>
          <w:tcPr>
            <w:tcW w:w="5702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EC37C" w14:textId="51A32039" w:rsidR="00C8226C" w:rsidRPr="00C54DA6" w:rsidRDefault="00B5622E" w:rsidP="00576B31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نام دانشگاه / شرکت / سازمان: ................................</w:t>
            </w:r>
          </w:p>
        </w:tc>
        <w:tc>
          <w:tcPr>
            <w:tcW w:w="3880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9E0E97" w14:textId="635DC15D" w:rsidR="00C8226C" w:rsidRPr="00C54DA6" w:rsidRDefault="00B5622E" w:rsidP="00576B31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حوزه تخصصی: ..................................................</w:t>
            </w:r>
          </w:p>
        </w:tc>
      </w:tr>
    </w:tbl>
    <w:p w14:paraId="0311BFCD" w14:textId="77777777" w:rsidR="00C8226C" w:rsidRPr="00C54DA6" w:rsidRDefault="00C8226C">
      <w:pPr>
        <w:spacing w:after="0"/>
        <w:rPr>
          <w:color w:val="000000" w:themeColor="text1"/>
        </w:rPr>
      </w:pPr>
    </w:p>
    <w:p w14:paraId="24BE5633" w14:textId="77777777" w:rsidR="00B5622E" w:rsidRPr="00C54DA6" w:rsidRDefault="00B5622E" w:rsidP="00576B31">
      <w:pPr>
        <w:bidi/>
        <w:spacing w:after="80" w:line="240" w:lineRule="auto"/>
        <w:rPr>
          <w:bCs/>
          <w:color w:val="000000" w:themeColor="text1"/>
          <w:rtl/>
        </w:rPr>
      </w:pPr>
      <w:r w:rsidRPr="00C54DA6">
        <w:rPr>
          <w:bCs/>
          <w:color w:val="000000" w:themeColor="text1"/>
          <w:rtl/>
        </w:rPr>
        <w:t>نوع دستاورد موجود (یک یا چند گزینه را علامت بزنید).</w:t>
      </w:r>
    </w:p>
    <w:p w14:paraId="6CDFB393" w14:textId="17C2BC4B" w:rsidR="00C8226C" w:rsidRPr="00C54DA6" w:rsidRDefault="00000000" w:rsidP="00B5622E">
      <w:pPr>
        <w:bidi/>
        <w:spacing w:after="80" w:line="240" w:lineRule="auto"/>
        <w:rPr>
          <w:color w:val="000000" w:themeColor="text1"/>
        </w:rPr>
      </w:pPr>
      <w:r w:rsidRPr="00C54DA6">
        <w:rPr>
          <w:color w:val="000000" w:themeColor="text1"/>
          <w:sz w:val="19"/>
        </w:rPr>
        <w:t xml:space="preserve">☐ </w:t>
      </w:r>
      <w:proofErr w:type="spellStart"/>
      <w:r w:rsidRPr="00C54DA6">
        <w:rPr>
          <w:color w:val="000000" w:themeColor="text1"/>
          <w:sz w:val="19"/>
        </w:rPr>
        <w:t>ایده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اولیه</w:t>
      </w:r>
      <w:proofErr w:type="spellEnd"/>
      <w:r w:rsidRPr="00C54DA6">
        <w:rPr>
          <w:color w:val="000000" w:themeColor="text1"/>
          <w:sz w:val="19"/>
        </w:rPr>
        <w:t xml:space="preserve">     ☐ </w:t>
      </w:r>
      <w:proofErr w:type="spellStart"/>
      <w:r w:rsidRPr="00C54DA6">
        <w:rPr>
          <w:color w:val="000000" w:themeColor="text1"/>
          <w:sz w:val="19"/>
        </w:rPr>
        <w:t>طرح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مفهومی</w:t>
      </w:r>
      <w:proofErr w:type="spellEnd"/>
      <w:r w:rsidRPr="00C54DA6">
        <w:rPr>
          <w:color w:val="000000" w:themeColor="text1"/>
          <w:sz w:val="19"/>
        </w:rPr>
        <w:t xml:space="preserve">     ☐ </w:t>
      </w:r>
      <w:proofErr w:type="spellStart"/>
      <w:r w:rsidRPr="00C54DA6">
        <w:rPr>
          <w:color w:val="000000" w:themeColor="text1"/>
          <w:sz w:val="19"/>
        </w:rPr>
        <w:t>نمونه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آزمایشگاهی</w:t>
      </w:r>
      <w:proofErr w:type="spellEnd"/>
      <w:r w:rsidRPr="00C54DA6">
        <w:rPr>
          <w:color w:val="000000" w:themeColor="text1"/>
          <w:sz w:val="19"/>
        </w:rPr>
        <w:t xml:space="preserve">     ☐ </w:t>
      </w:r>
      <w:proofErr w:type="spellStart"/>
      <w:r w:rsidRPr="00C54DA6">
        <w:rPr>
          <w:color w:val="000000" w:themeColor="text1"/>
          <w:sz w:val="19"/>
        </w:rPr>
        <w:t>نمونه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اولیه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قابل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آزمایش</w:t>
      </w:r>
      <w:proofErr w:type="spellEnd"/>
      <w:r w:rsidRPr="00C54DA6">
        <w:rPr>
          <w:color w:val="000000" w:themeColor="text1"/>
          <w:sz w:val="19"/>
        </w:rPr>
        <w:t xml:space="preserve">     ☐ </w:t>
      </w:r>
      <w:proofErr w:type="spellStart"/>
      <w:r w:rsidRPr="00C54DA6">
        <w:rPr>
          <w:color w:val="000000" w:themeColor="text1"/>
          <w:sz w:val="19"/>
        </w:rPr>
        <w:t>محصول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آماده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عرضه</w:t>
      </w:r>
      <w:proofErr w:type="spellEnd"/>
      <w:r w:rsidRPr="00C54DA6">
        <w:rPr>
          <w:color w:val="000000" w:themeColor="text1"/>
          <w:sz w:val="19"/>
        </w:rPr>
        <w:t xml:space="preserve">     ☐ </w:t>
      </w:r>
      <w:proofErr w:type="spellStart"/>
      <w:r w:rsidRPr="00C54DA6">
        <w:rPr>
          <w:color w:val="000000" w:themeColor="text1"/>
          <w:sz w:val="19"/>
        </w:rPr>
        <w:t>نرم‌افزار</w:t>
      </w:r>
      <w:proofErr w:type="spellEnd"/>
      <w:r w:rsidRPr="00C54DA6">
        <w:rPr>
          <w:color w:val="000000" w:themeColor="text1"/>
          <w:sz w:val="19"/>
        </w:rPr>
        <w:t xml:space="preserve"> / </w:t>
      </w:r>
      <w:proofErr w:type="spellStart"/>
      <w:r w:rsidRPr="00C54DA6">
        <w:rPr>
          <w:color w:val="000000" w:themeColor="text1"/>
          <w:sz w:val="19"/>
        </w:rPr>
        <w:t>پلتفرم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3BDE4894" w14:textId="77777777">
        <w:trPr>
          <w:trHeight w:val="396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79E740" w14:textId="77777777" w:rsidR="00576B31" w:rsidRPr="00C54DA6" w:rsidRDefault="00B5622E" w:rsidP="00576B31">
            <w:pPr>
              <w:bidi/>
              <w:spacing w:after="0"/>
              <w:rPr>
                <w:bCs/>
                <w:color w:val="000000" w:themeColor="text1"/>
                <w:rtl/>
              </w:rPr>
            </w:pPr>
            <w:r w:rsidRPr="00C54DA6">
              <w:rPr>
                <w:bCs/>
                <w:color w:val="000000" w:themeColor="text1"/>
                <w:rtl/>
              </w:rPr>
              <w:t>عنوان ایده / فناوری / محصول:</w:t>
            </w:r>
          </w:p>
          <w:p w14:paraId="56EC21EC" w14:textId="64D509B7" w:rsidR="00B5622E" w:rsidRPr="00C54DA6" w:rsidRDefault="00B5622E" w:rsidP="00B5622E">
            <w:pPr>
              <w:bidi/>
              <w:spacing w:after="0"/>
              <w:rPr>
                <w:bCs/>
                <w:color w:val="000000" w:themeColor="text1"/>
              </w:rPr>
            </w:pPr>
          </w:p>
        </w:tc>
      </w:tr>
    </w:tbl>
    <w:p w14:paraId="59933A8B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20D5AB40" w14:textId="77777777">
        <w:trPr>
          <w:trHeight w:val="680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57C09C" w14:textId="46DAC2E1" w:rsidR="00576B31" w:rsidRPr="00C54DA6" w:rsidRDefault="00B5622E" w:rsidP="00576B31">
            <w:pPr>
              <w:bidi/>
              <w:spacing w:after="0"/>
              <w:rPr>
                <w:bCs/>
                <w:color w:val="000000" w:themeColor="text1"/>
                <w:rtl/>
              </w:rPr>
            </w:pPr>
            <w:r w:rsidRPr="00C54DA6">
              <w:rPr>
                <w:bCs/>
                <w:color w:val="000000" w:themeColor="text1"/>
                <w:rtl/>
              </w:rPr>
              <w:t>مرحله فعلی توسعه و امکان‌پذیری فنی (مواد، تجهیزات، آزمون‌ها و منابع موردنیاز)</w:t>
            </w:r>
            <w:r w:rsidRPr="00C54DA6">
              <w:rPr>
                <w:rFonts w:hint="cs"/>
                <w:bCs/>
                <w:color w:val="000000" w:themeColor="text1"/>
                <w:rtl/>
              </w:rPr>
              <w:t>:</w:t>
            </w:r>
          </w:p>
          <w:p w14:paraId="7584FF3B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0A406B81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6468EB15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280F7FD0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75A719B6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26926271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58D73E53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547ED59C" w14:textId="77777777" w:rsidR="00576B31" w:rsidRPr="00C54DA6" w:rsidRDefault="00576B31" w:rsidP="00576B31">
            <w:pPr>
              <w:bidi/>
              <w:spacing w:after="0"/>
              <w:rPr>
                <w:color w:val="000000" w:themeColor="text1"/>
              </w:rPr>
            </w:pPr>
          </w:p>
        </w:tc>
      </w:tr>
    </w:tbl>
    <w:p w14:paraId="4017671B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5F36315E" w14:textId="77777777">
        <w:trPr>
          <w:trHeight w:val="567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6A67BD" w14:textId="6840AA6E" w:rsidR="00576B31" w:rsidRPr="00C54DA6" w:rsidRDefault="00B5622E" w:rsidP="00576B31">
            <w:pPr>
              <w:bidi/>
              <w:spacing w:after="0"/>
              <w:rPr>
                <w:bCs/>
                <w:color w:val="000000" w:themeColor="text1"/>
                <w:rtl/>
              </w:rPr>
            </w:pPr>
            <w:r w:rsidRPr="00C54DA6">
              <w:rPr>
                <w:bCs/>
                <w:color w:val="000000" w:themeColor="text1"/>
                <w:rtl/>
              </w:rPr>
              <w:t>مشتری یا کاربر هدف و نیاز بازار که فناوری به آن پاسخ می‌دهد:</w:t>
            </w:r>
          </w:p>
          <w:p w14:paraId="4A1AA523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7B3E03A2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151E487A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45CF3614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395A7B3A" w14:textId="77777777" w:rsidR="00576B31" w:rsidRPr="00C54DA6" w:rsidRDefault="00576B31" w:rsidP="00576B31">
            <w:pPr>
              <w:bidi/>
              <w:spacing w:after="0"/>
              <w:rPr>
                <w:color w:val="000000" w:themeColor="text1"/>
              </w:rPr>
            </w:pPr>
          </w:p>
        </w:tc>
      </w:tr>
    </w:tbl>
    <w:p w14:paraId="3D10C00F" w14:textId="77777777" w:rsidR="00C8226C" w:rsidRPr="00C54DA6" w:rsidRDefault="00C8226C">
      <w:pPr>
        <w:spacing w:after="0"/>
        <w:rPr>
          <w:color w:val="000000" w:themeColor="text1"/>
        </w:rPr>
      </w:pPr>
    </w:p>
    <w:p w14:paraId="46A4E248" w14:textId="77777777" w:rsidR="00C8226C" w:rsidRPr="00C54DA6" w:rsidRDefault="00000000" w:rsidP="00576B31">
      <w:pPr>
        <w:bidi/>
        <w:spacing w:after="20" w:line="240" w:lineRule="auto"/>
        <w:jc w:val="both"/>
        <w:rPr>
          <w:color w:val="000000" w:themeColor="text1"/>
        </w:rPr>
      </w:pPr>
      <w:r w:rsidRPr="00C54DA6">
        <w:rPr>
          <w:b/>
          <w:color w:val="000000" w:themeColor="text1"/>
        </w:rPr>
        <w:t>آیا تاکنون محصول یا خدمت عرضه شده یا فروشی داشته‌اید؟</w:t>
      </w:r>
    </w:p>
    <w:p w14:paraId="3E89AE09" w14:textId="77777777" w:rsidR="00C8226C" w:rsidRPr="00C54DA6" w:rsidRDefault="00000000" w:rsidP="00576B31">
      <w:pPr>
        <w:bidi/>
        <w:spacing w:after="60" w:line="240" w:lineRule="auto"/>
        <w:jc w:val="both"/>
        <w:rPr>
          <w:color w:val="000000" w:themeColor="text1"/>
        </w:rPr>
      </w:pPr>
      <w:r w:rsidRPr="00C54DA6">
        <w:rPr>
          <w:color w:val="000000" w:themeColor="text1"/>
          <w:sz w:val="19"/>
        </w:rPr>
        <w:t xml:space="preserve">☐ </w:t>
      </w:r>
      <w:proofErr w:type="spellStart"/>
      <w:r w:rsidRPr="00C54DA6">
        <w:rPr>
          <w:color w:val="000000" w:themeColor="text1"/>
          <w:sz w:val="19"/>
        </w:rPr>
        <w:t>خیر</w:t>
      </w:r>
      <w:proofErr w:type="spellEnd"/>
      <w:r w:rsidR="00576B31" w:rsidRPr="00C54DA6">
        <w:rPr>
          <w:rFonts w:hint="cs"/>
          <w:color w:val="000000" w:themeColor="text1"/>
          <w:sz w:val="19"/>
          <w:rtl/>
        </w:rPr>
        <w:t>:</w:t>
      </w:r>
      <w:r w:rsidRPr="00C54DA6">
        <w:rPr>
          <w:color w:val="000000" w:themeColor="text1"/>
          <w:sz w:val="19"/>
        </w:rPr>
        <w:t xml:space="preserve">     ☐ بله؛ میزان فروش / تعداد مشتریان / درآمد تقریبی: 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0FA47329" w14:textId="77777777">
        <w:trPr>
          <w:trHeight w:val="510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EAE261" w14:textId="7ED9A48F" w:rsidR="00576B31" w:rsidRPr="00C54DA6" w:rsidRDefault="004A1A4A" w:rsidP="00576B31">
            <w:pPr>
              <w:bidi/>
              <w:spacing w:after="0"/>
              <w:rPr>
                <w:bCs/>
                <w:color w:val="000000" w:themeColor="text1"/>
                <w:rtl/>
              </w:rPr>
            </w:pPr>
            <w:r w:rsidRPr="00C54DA6">
              <w:rPr>
                <w:bCs/>
                <w:color w:val="000000" w:themeColor="text1"/>
                <w:rtl/>
              </w:rPr>
              <w:t>ارزش پیشنهادی و مزیت رقابتی نسبت به راهکارهای موجود:</w:t>
            </w:r>
          </w:p>
          <w:p w14:paraId="79FB6E63" w14:textId="77777777" w:rsidR="00576B31" w:rsidRPr="00C54DA6" w:rsidRDefault="00576B31" w:rsidP="00576B31">
            <w:pPr>
              <w:bidi/>
              <w:spacing w:after="0"/>
              <w:rPr>
                <w:b/>
                <w:color w:val="000000" w:themeColor="text1"/>
                <w:rtl/>
              </w:rPr>
            </w:pPr>
          </w:p>
          <w:p w14:paraId="3DC6D349" w14:textId="77777777" w:rsidR="00576B31" w:rsidRPr="00C54DA6" w:rsidRDefault="00576B31" w:rsidP="00576B31">
            <w:pPr>
              <w:bidi/>
              <w:spacing w:after="0"/>
              <w:rPr>
                <w:color w:val="000000" w:themeColor="text1"/>
              </w:rPr>
            </w:pPr>
          </w:p>
        </w:tc>
      </w:tr>
    </w:tbl>
    <w:p w14:paraId="32E2A4FE" w14:textId="77777777" w:rsidR="00C8226C" w:rsidRPr="00C54DA6" w:rsidRDefault="00C8226C">
      <w:pPr>
        <w:spacing w:after="0"/>
        <w:rPr>
          <w:color w:val="000000" w:themeColor="text1"/>
        </w:rPr>
      </w:pPr>
    </w:p>
    <w:p w14:paraId="70ED545D" w14:textId="77777777" w:rsidR="004A1A4A" w:rsidRPr="00C54DA6" w:rsidRDefault="004A1A4A" w:rsidP="00576B31">
      <w:pPr>
        <w:bidi/>
        <w:spacing w:after="60" w:line="240" w:lineRule="auto"/>
        <w:rPr>
          <w:b/>
          <w:color w:val="000000" w:themeColor="text1"/>
          <w:rtl/>
        </w:rPr>
      </w:pPr>
      <w:r w:rsidRPr="00C54DA6">
        <w:rPr>
          <w:b/>
          <w:color w:val="000000" w:themeColor="text1"/>
          <w:rtl/>
        </w:rPr>
        <w:lastRenderedPageBreak/>
        <w:t>بخش شرکت در رویداد:</w:t>
      </w:r>
    </w:p>
    <w:p w14:paraId="2AEED744" w14:textId="6E4C2B00" w:rsidR="00C8226C" w:rsidRPr="00C54DA6" w:rsidRDefault="00000000" w:rsidP="004A1A4A">
      <w:pPr>
        <w:bidi/>
        <w:spacing w:after="60" w:line="240" w:lineRule="auto"/>
        <w:rPr>
          <w:rFonts w:cs="Times New Roman"/>
          <w:color w:val="000000" w:themeColor="text1"/>
          <w:sz w:val="19"/>
        </w:rPr>
      </w:pPr>
      <w:r w:rsidRPr="00C54DA6">
        <w:rPr>
          <w:color w:val="000000" w:themeColor="text1"/>
          <w:sz w:val="19"/>
        </w:rPr>
        <w:t xml:space="preserve">☐ </w:t>
      </w:r>
      <w:proofErr w:type="spellStart"/>
      <w:r w:rsidRPr="00C54DA6">
        <w:rPr>
          <w:color w:val="000000" w:themeColor="text1"/>
          <w:sz w:val="19"/>
        </w:rPr>
        <w:t>دانشجویی</w:t>
      </w:r>
      <w:proofErr w:type="spellEnd"/>
      <w:r w:rsidRPr="00C54DA6">
        <w:rPr>
          <w:color w:val="000000" w:themeColor="text1"/>
          <w:sz w:val="19"/>
        </w:rPr>
        <w:t xml:space="preserve">  </w:t>
      </w:r>
      <w:r w:rsidR="00576B31" w:rsidRPr="00C54DA6">
        <w:rPr>
          <w:rFonts w:cs="Times New Roman" w:hint="cs"/>
          <w:color w:val="000000" w:themeColor="text1"/>
          <w:sz w:val="19"/>
          <w:rtl/>
        </w:rPr>
        <w:t xml:space="preserve">      </w:t>
      </w:r>
      <w:r w:rsidR="004A1A4A" w:rsidRPr="00C54DA6">
        <w:rPr>
          <w:rFonts w:ascii="Segoe UI Symbol" w:hAnsi="Segoe UI Symbol" w:cs="Segoe UI Symbol"/>
          <w:color w:val="000000" w:themeColor="text1"/>
          <w:sz w:val="19"/>
        </w:rPr>
        <w:t>☐</w:t>
      </w:r>
      <w:proofErr w:type="spellStart"/>
      <w:r w:rsidRPr="00C54DA6">
        <w:rPr>
          <w:color w:val="000000" w:themeColor="text1"/>
          <w:sz w:val="19"/>
        </w:rPr>
        <w:t>کسب‌وکار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نوپا</w:t>
      </w:r>
      <w:proofErr w:type="spellEnd"/>
      <w:r w:rsidRPr="00C54DA6">
        <w:rPr>
          <w:color w:val="000000" w:themeColor="text1"/>
          <w:sz w:val="19"/>
        </w:rPr>
        <w:t xml:space="preserve"> / </w:t>
      </w:r>
      <w:proofErr w:type="spellStart"/>
      <w:r w:rsidRPr="00C54DA6">
        <w:rPr>
          <w:color w:val="000000" w:themeColor="text1"/>
          <w:sz w:val="19"/>
        </w:rPr>
        <w:t>شرکت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فناور</w:t>
      </w:r>
      <w:proofErr w:type="spellEnd"/>
      <w:r w:rsidR="00576B31" w:rsidRPr="00C54DA6">
        <w:rPr>
          <w:color w:val="000000" w:themeColor="text1"/>
          <w:sz w:val="19"/>
        </w:rPr>
        <w:t xml:space="preserve">    </w:t>
      </w:r>
      <w:r w:rsidRPr="00C54DA6">
        <w:rPr>
          <w:color w:val="000000" w:themeColor="text1"/>
          <w:sz w:val="19"/>
        </w:rPr>
        <w:t xml:space="preserve">      </w:t>
      </w:r>
      <w:r w:rsidR="00576B31" w:rsidRPr="00C54DA6">
        <w:rPr>
          <w:rFonts w:cs="Times New Roman" w:hint="cs"/>
          <w:color w:val="000000" w:themeColor="text1"/>
          <w:sz w:val="19"/>
          <w:rtl/>
        </w:rPr>
        <w:t xml:space="preserve">          </w:t>
      </w:r>
      <w:r w:rsidR="004A1A4A" w:rsidRPr="00C54DA6">
        <w:rPr>
          <w:rFonts w:ascii="Segoe UI Symbol" w:hAnsi="Segoe UI Symbol" w:cs="Segoe UI Symbol"/>
          <w:color w:val="000000" w:themeColor="text1"/>
          <w:sz w:val="19"/>
        </w:rPr>
        <w:t>☐</w:t>
      </w:r>
      <w:proofErr w:type="spellStart"/>
      <w:r w:rsidRPr="00C54DA6">
        <w:rPr>
          <w:color w:val="000000" w:themeColor="text1"/>
          <w:sz w:val="19"/>
        </w:rPr>
        <w:t>تیم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پژوهشی</w:t>
      </w:r>
      <w:proofErr w:type="spellEnd"/>
      <w:r w:rsidRPr="00C54DA6">
        <w:rPr>
          <w:color w:val="000000" w:themeColor="text1"/>
          <w:sz w:val="19"/>
        </w:rPr>
        <w:t xml:space="preserve">      </w:t>
      </w:r>
      <w:r w:rsidR="00576B31" w:rsidRPr="00C54DA6">
        <w:rPr>
          <w:rFonts w:hint="cs"/>
          <w:color w:val="000000" w:themeColor="text1"/>
          <w:sz w:val="19"/>
          <w:rtl/>
        </w:rPr>
        <w:t xml:space="preserve">             </w:t>
      </w:r>
      <w:r w:rsidR="004A1A4A" w:rsidRPr="00C54DA6">
        <w:rPr>
          <w:rFonts w:ascii="Segoe UI Symbol" w:hAnsi="Segoe UI Symbol" w:cs="Segoe UI Symbol"/>
          <w:color w:val="000000" w:themeColor="text1"/>
          <w:sz w:val="19"/>
        </w:rPr>
        <w:t>☐</w:t>
      </w:r>
      <w:proofErr w:type="spellStart"/>
      <w:r w:rsidRPr="00C54DA6">
        <w:rPr>
          <w:color w:val="000000" w:themeColor="text1"/>
          <w:sz w:val="19"/>
        </w:rPr>
        <w:t>سایر</w:t>
      </w:r>
      <w:proofErr w:type="spellEnd"/>
      <w:r w:rsidRPr="00C54DA6">
        <w:rPr>
          <w:color w:val="000000" w:themeColor="text1"/>
          <w:sz w:val="19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C8226C" w:rsidRPr="00C54DA6" w14:paraId="0DBADDF1" w14:textId="77777777">
        <w:trPr>
          <w:jc w:val="center"/>
        </w:trPr>
        <w:tc>
          <w:tcPr>
            <w:tcW w:w="4791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C50FAA" w14:textId="4D0BECC5" w:rsidR="00C8226C" w:rsidRPr="00C54DA6" w:rsidRDefault="004A1A4A" w:rsidP="00576B31">
            <w:pPr>
              <w:bidi/>
              <w:spacing w:after="0"/>
              <w:rPr>
                <w:b/>
                <w:bCs/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تلفن همراه:</w:t>
            </w:r>
          </w:p>
        </w:tc>
        <w:tc>
          <w:tcPr>
            <w:tcW w:w="4791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F6BCEE" w14:textId="6B177B66" w:rsidR="00C8226C" w:rsidRPr="00C54DA6" w:rsidRDefault="004A1A4A" w:rsidP="00576B31">
            <w:pPr>
              <w:bidi/>
              <w:spacing w:after="0"/>
              <w:rPr>
                <w:b/>
                <w:bCs/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  <w:rtl/>
              </w:rPr>
              <w:t>پست الکترونیکی:</w:t>
            </w:r>
          </w:p>
        </w:tc>
      </w:tr>
    </w:tbl>
    <w:p w14:paraId="54E1141B" w14:textId="77777777" w:rsidR="00C8226C" w:rsidRPr="00C54DA6" w:rsidRDefault="00C8226C" w:rsidP="00576B31">
      <w:pPr>
        <w:spacing w:after="0"/>
        <w:jc w:val="right"/>
        <w:rPr>
          <w:color w:val="000000" w:themeColor="text1"/>
        </w:rPr>
      </w:pPr>
    </w:p>
    <w:p w14:paraId="59CD3A6E" w14:textId="77777777" w:rsidR="00C8226C" w:rsidRPr="00C54DA6" w:rsidRDefault="00000000">
      <w:pPr>
        <w:rPr>
          <w:color w:val="000000" w:themeColor="text1"/>
        </w:rPr>
      </w:pPr>
      <w:r w:rsidRPr="00C54DA6">
        <w:rPr>
          <w:color w:val="000000" w:themeColor="text1"/>
        </w:rPr>
        <w:br w:type="page"/>
      </w:r>
    </w:p>
    <w:p w14:paraId="31477A02" w14:textId="457AF287" w:rsidR="00C8226C" w:rsidRPr="00C54DA6" w:rsidRDefault="00000000">
      <w:pPr>
        <w:bidi/>
        <w:spacing w:after="20" w:line="240" w:lineRule="auto"/>
        <w:jc w:val="center"/>
        <w:rPr>
          <w:color w:val="000000" w:themeColor="text1"/>
        </w:rPr>
      </w:pPr>
      <w:proofErr w:type="spellStart"/>
      <w:r w:rsidRPr="00C54DA6">
        <w:rPr>
          <w:b/>
          <w:color w:val="000000" w:themeColor="text1"/>
          <w:sz w:val="30"/>
        </w:rPr>
        <w:lastRenderedPageBreak/>
        <w:t>چالش</w:t>
      </w:r>
      <w:proofErr w:type="spellEnd"/>
      <w:r w:rsidRPr="00C54DA6">
        <w:rPr>
          <w:b/>
          <w:color w:val="000000" w:themeColor="text1"/>
          <w:sz w:val="30"/>
        </w:rPr>
        <w:t xml:space="preserve"> </w:t>
      </w:r>
      <w:proofErr w:type="spellStart"/>
      <w:r w:rsidRPr="00C54DA6">
        <w:rPr>
          <w:b/>
          <w:color w:val="000000" w:themeColor="text1"/>
          <w:sz w:val="30"/>
        </w:rPr>
        <w:t>از</w:t>
      </w:r>
      <w:proofErr w:type="spellEnd"/>
      <w:r w:rsidRPr="00C54DA6">
        <w:rPr>
          <w:b/>
          <w:color w:val="000000" w:themeColor="text1"/>
          <w:sz w:val="30"/>
        </w:rPr>
        <w:t xml:space="preserve"> </w:t>
      </w:r>
      <w:proofErr w:type="spellStart"/>
      <w:r w:rsidRPr="00C54DA6">
        <w:rPr>
          <w:b/>
          <w:color w:val="000000" w:themeColor="text1"/>
          <w:sz w:val="30"/>
        </w:rPr>
        <w:t>فناوری</w:t>
      </w:r>
      <w:proofErr w:type="spellEnd"/>
      <w:r w:rsidRPr="00C54DA6">
        <w:rPr>
          <w:b/>
          <w:color w:val="000000" w:themeColor="text1"/>
          <w:sz w:val="30"/>
        </w:rPr>
        <w:t xml:space="preserve"> </w:t>
      </w:r>
      <w:proofErr w:type="spellStart"/>
      <w:r w:rsidRPr="00C54DA6">
        <w:rPr>
          <w:b/>
          <w:color w:val="000000" w:themeColor="text1"/>
          <w:sz w:val="30"/>
        </w:rPr>
        <w:t>تا</w:t>
      </w:r>
      <w:proofErr w:type="spellEnd"/>
      <w:r w:rsidRPr="00C54DA6">
        <w:rPr>
          <w:b/>
          <w:color w:val="000000" w:themeColor="text1"/>
          <w:sz w:val="30"/>
        </w:rPr>
        <w:t xml:space="preserve"> </w:t>
      </w:r>
      <w:proofErr w:type="spellStart"/>
      <w:r w:rsidRPr="00C54DA6">
        <w:rPr>
          <w:b/>
          <w:color w:val="000000" w:themeColor="text1"/>
          <w:sz w:val="30"/>
        </w:rPr>
        <w:t>بازار</w:t>
      </w:r>
      <w:proofErr w:type="spellEnd"/>
    </w:p>
    <w:p w14:paraId="1E2075B8" w14:textId="77777777" w:rsidR="00C8226C" w:rsidRPr="00C54DA6" w:rsidRDefault="00000000">
      <w:pPr>
        <w:bidi/>
        <w:spacing w:after="100" w:line="240" w:lineRule="auto"/>
        <w:jc w:val="center"/>
        <w:rPr>
          <w:color w:val="000000" w:themeColor="text1"/>
        </w:rPr>
      </w:pPr>
      <w:r w:rsidRPr="00C54DA6">
        <w:rPr>
          <w:b/>
          <w:color w:val="000000" w:themeColor="text1"/>
          <w:sz w:val="22"/>
        </w:rPr>
        <w:t>فرم شماره ۲ ـ اطلاعات تکمیلی ایده / محصول و نیازهای توسعه</w:t>
      </w:r>
    </w:p>
    <w:tbl>
      <w:tblPr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0350"/>
      </w:tblGrid>
      <w:tr w:rsidR="00C54DA6" w:rsidRPr="00C54DA6" w14:paraId="61118BE0" w14:textId="77777777" w:rsidTr="00C54DA6">
        <w:trPr>
          <w:jc w:val="center"/>
        </w:trPr>
        <w:tc>
          <w:tcPr>
            <w:tcW w:w="10370" w:type="dxa"/>
            <w:tcBorders>
              <w:top w:val="single" w:sz="8" w:space="0" w:color="8EAADB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FFFFFF" w:themeFill="backgroun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50E943" w14:textId="77777777" w:rsidR="00C8226C" w:rsidRPr="00C54DA6" w:rsidRDefault="00000000" w:rsidP="00201A88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color w:val="000000" w:themeColor="text1"/>
                <w:sz w:val="23"/>
              </w:rPr>
              <w:t>بخش دوم ـ شرح ایده، فناوری یا محصول</w:t>
            </w:r>
          </w:p>
        </w:tc>
      </w:tr>
    </w:tbl>
    <w:p w14:paraId="792FF6B9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1E5620E0" w14:textId="77777777">
        <w:trPr>
          <w:trHeight w:val="1134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191C0E" w14:textId="1A41496F" w:rsidR="00C8226C" w:rsidRPr="00C54DA6" w:rsidRDefault="00201A88" w:rsidP="00201A88">
            <w:pPr>
              <w:bidi/>
              <w:spacing w:after="0"/>
              <w:rPr>
                <w:b/>
                <w:bCs/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rtl/>
              </w:rPr>
              <w:t>شرح ایده / محصول و نحوه کارکرد آن (مسئله، راهکار، هدف و کاربرد اصلی):</w:t>
            </w:r>
          </w:p>
        </w:tc>
      </w:tr>
    </w:tbl>
    <w:p w14:paraId="6937F868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251C2381" w14:textId="77777777">
        <w:trPr>
          <w:trHeight w:val="680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418F1D" w14:textId="1A085493" w:rsidR="00C8226C" w:rsidRPr="00C54DA6" w:rsidRDefault="00000000" w:rsidP="00201A88">
            <w:pPr>
              <w:bidi/>
              <w:spacing w:after="0"/>
              <w:rPr>
                <w:b/>
                <w:color w:val="000000" w:themeColor="text1"/>
                <w:sz w:val="22"/>
              </w:rPr>
            </w:pPr>
            <w:r w:rsidRPr="00C54DA6">
              <w:rPr>
                <w:b/>
                <w:color w:val="000000" w:themeColor="text1"/>
                <w:sz w:val="22"/>
              </w:rPr>
              <w:t xml:space="preserve">مزایا، نوآوری و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تفاوت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با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محصولات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یا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راهکارهای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موجود</w:t>
            </w:r>
            <w:proofErr w:type="spellEnd"/>
            <w:r w:rsidR="00201A88" w:rsidRPr="00C54DA6">
              <w:rPr>
                <w:rFonts w:hint="cs"/>
                <w:b/>
                <w:color w:val="000000" w:themeColor="text1"/>
                <w:sz w:val="22"/>
                <w:rtl/>
              </w:rPr>
              <w:t>:</w:t>
            </w:r>
          </w:p>
        </w:tc>
      </w:tr>
    </w:tbl>
    <w:p w14:paraId="438AC8C8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08992169" w14:textId="77777777">
        <w:trPr>
          <w:trHeight w:val="623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456DFC" w14:textId="0AF6C88B" w:rsidR="00C8226C" w:rsidRPr="00C54DA6" w:rsidRDefault="00000000" w:rsidP="00201A88">
            <w:pPr>
              <w:bidi/>
              <w:spacing w:after="0"/>
              <w:rPr>
                <w:color w:val="000000" w:themeColor="text1"/>
                <w:sz w:val="22"/>
              </w:rPr>
            </w:pPr>
            <w:proofErr w:type="spellStart"/>
            <w:r w:rsidRPr="00C54DA6">
              <w:rPr>
                <w:b/>
                <w:color w:val="000000" w:themeColor="text1"/>
                <w:sz w:val="22"/>
              </w:rPr>
              <w:t>نتایج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آزمون‌ها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،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شواهد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عملکرد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،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اعتبارسنجی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یا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تأییدیه‌های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دریافت‌شده</w:t>
            </w:r>
            <w:proofErr w:type="spellEnd"/>
            <w:r w:rsidR="00C54DA6" w:rsidRPr="00C54DA6">
              <w:rPr>
                <w:rFonts w:hint="cs"/>
                <w:b/>
                <w:color w:val="000000" w:themeColor="text1"/>
                <w:sz w:val="22"/>
                <w:rtl/>
              </w:rPr>
              <w:t xml:space="preserve"> (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در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صورت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وجود</w:t>
            </w:r>
            <w:proofErr w:type="spellEnd"/>
            <w:r w:rsidR="00C54DA6" w:rsidRPr="00C54DA6">
              <w:rPr>
                <w:rFonts w:hint="cs"/>
                <w:b/>
                <w:color w:val="000000" w:themeColor="text1"/>
                <w:sz w:val="22"/>
                <w:rtl/>
              </w:rPr>
              <w:t>)</w:t>
            </w:r>
            <w:r w:rsidR="00201A88" w:rsidRPr="00C54DA6">
              <w:rPr>
                <w:rFonts w:hint="cs"/>
                <w:b/>
                <w:color w:val="000000" w:themeColor="text1"/>
                <w:sz w:val="22"/>
                <w:rtl/>
              </w:rPr>
              <w:t>:</w:t>
            </w:r>
          </w:p>
        </w:tc>
      </w:tr>
    </w:tbl>
    <w:p w14:paraId="75A369D8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0FC9EAD6" w14:textId="77777777">
        <w:trPr>
          <w:trHeight w:val="737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208639" w14:textId="26EECD5F" w:rsidR="00C8226C" w:rsidRPr="00C54DA6" w:rsidRDefault="00000000" w:rsidP="00201A88">
            <w:pPr>
              <w:bidi/>
              <w:spacing w:after="0"/>
              <w:rPr>
                <w:color w:val="000000" w:themeColor="text1"/>
                <w:sz w:val="22"/>
              </w:rPr>
            </w:pPr>
            <w:proofErr w:type="spellStart"/>
            <w:r w:rsidRPr="00C54DA6">
              <w:rPr>
                <w:b/>
                <w:color w:val="000000" w:themeColor="text1"/>
                <w:sz w:val="22"/>
              </w:rPr>
              <w:t>برآورد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بازار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هدف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،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مشتریان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بالقوه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و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مدل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کسب‌وکار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/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درآمد</w:t>
            </w:r>
            <w:proofErr w:type="spellEnd"/>
            <w:r w:rsidR="00201A88" w:rsidRPr="00C54DA6">
              <w:rPr>
                <w:rFonts w:hint="cs"/>
                <w:b/>
                <w:color w:val="000000" w:themeColor="text1"/>
                <w:sz w:val="22"/>
                <w:rtl/>
              </w:rPr>
              <w:t>:</w:t>
            </w:r>
          </w:p>
        </w:tc>
      </w:tr>
    </w:tbl>
    <w:p w14:paraId="5042DB13" w14:textId="77777777" w:rsidR="00C8226C" w:rsidRPr="00C54DA6" w:rsidRDefault="00C8226C">
      <w:pPr>
        <w:spacing w:after="0"/>
        <w:rPr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50"/>
      </w:tblGrid>
      <w:tr w:rsidR="00C54DA6" w:rsidRPr="00C54DA6" w14:paraId="0902ECDF" w14:textId="77777777">
        <w:trPr>
          <w:jc w:val="center"/>
        </w:trPr>
        <w:tc>
          <w:tcPr>
            <w:tcW w:w="10370" w:type="dxa"/>
            <w:tcBorders>
              <w:top w:val="single" w:sz="8" w:space="0" w:color="8EAADB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B3EBF" w14:textId="77777777" w:rsidR="00C8226C" w:rsidRPr="00C54DA6" w:rsidRDefault="00000000" w:rsidP="00201A88">
            <w:pPr>
              <w:bidi/>
              <w:spacing w:after="0"/>
              <w:rPr>
                <w:color w:val="000000" w:themeColor="text1"/>
              </w:rPr>
            </w:pPr>
            <w:r w:rsidRPr="00C54DA6">
              <w:rPr>
                <w:b/>
                <w:color w:val="000000" w:themeColor="text1"/>
                <w:sz w:val="23"/>
              </w:rPr>
              <w:t>بخش سوم ـ نیازهای توسعه و آمادگی برای ورود به بازار</w:t>
            </w:r>
          </w:p>
        </w:tc>
      </w:tr>
    </w:tbl>
    <w:p w14:paraId="5045E56D" w14:textId="77777777" w:rsidR="00C8226C" w:rsidRPr="00C54DA6" w:rsidRDefault="00C8226C" w:rsidP="00201A88">
      <w:pPr>
        <w:spacing w:after="0"/>
        <w:jc w:val="center"/>
        <w:rPr>
          <w:color w:val="000000" w:themeColor="text1"/>
        </w:rPr>
      </w:pPr>
    </w:p>
    <w:p w14:paraId="247F6C34" w14:textId="77777777" w:rsidR="00C8226C" w:rsidRPr="00C54DA6" w:rsidRDefault="00000000" w:rsidP="00201A88">
      <w:pPr>
        <w:bidi/>
        <w:spacing w:after="40" w:line="240" w:lineRule="auto"/>
        <w:jc w:val="center"/>
        <w:rPr>
          <w:color w:val="000000" w:themeColor="text1"/>
        </w:rPr>
      </w:pPr>
      <w:r w:rsidRPr="00C54DA6">
        <w:rPr>
          <w:b/>
          <w:color w:val="000000" w:themeColor="text1"/>
        </w:rPr>
        <w:t>در حال حاضر برای پیشبرد طرح به چه نوع حمایت یا همکاری نیاز دارید؟ (امکان انتخاب چند گزینه)</w:t>
      </w:r>
    </w:p>
    <w:p w14:paraId="4766C60E" w14:textId="77777777" w:rsidR="00C8226C" w:rsidRPr="00C54DA6" w:rsidRDefault="00000000" w:rsidP="00201A88">
      <w:pPr>
        <w:bidi/>
        <w:spacing w:after="20" w:line="240" w:lineRule="auto"/>
        <w:jc w:val="center"/>
        <w:rPr>
          <w:color w:val="000000" w:themeColor="text1"/>
        </w:rPr>
      </w:pPr>
      <w:r w:rsidRPr="00C54DA6">
        <w:rPr>
          <w:color w:val="000000" w:themeColor="text1"/>
          <w:sz w:val="19"/>
        </w:rPr>
        <w:t>☐ تکمیل نمونه اولیه     ☐ آزمون و اعتبارسنجی     ☐ دسترسی به آزمایشگاه / تجهیزات     ☐ مجوزها و تأییدیه‌ها</w:t>
      </w:r>
    </w:p>
    <w:p w14:paraId="4CC8E5A5" w14:textId="77777777" w:rsidR="00C8226C" w:rsidRPr="00C54DA6" w:rsidRDefault="00000000" w:rsidP="00201A88">
      <w:pPr>
        <w:bidi/>
        <w:spacing w:after="20" w:line="240" w:lineRule="auto"/>
        <w:jc w:val="center"/>
        <w:rPr>
          <w:color w:val="000000" w:themeColor="text1"/>
        </w:rPr>
      </w:pPr>
      <w:r w:rsidRPr="00C54DA6">
        <w:rPr>
          <w:color w:val="000000" w:themeColor="text1"/>
          <w:sz w:val="19"/>
        </w:rPr>
        <w:t>☐ ثبت مالکیت فکری     ☐ منتورینگ کسب‌وکار     ☐ شریک صنعتی / تولیدکننده     ☐ بازاریابی و دسترسی به مشتری</w:t>
      </w:r>
    </w:p>
    <w:p w14:paraId="521ECD9F" w14:textId="77777777" w:rsidR="00C8226C" w:rsidRPr="00C54DA6" w:rsidRDefault="00000000" w:rsidP="00201A88">
      <w:pPr>
        <w:bidi/>
        <w:spacing w:after="60" w:line="240" w:lineRule="auto"/>
        <w:jc w:val="center"/>
        <w:rPr>
          <w:color w:val="000000" w:themeColor="text1"/>
        </w:rPr>
      </w:pPr>
      <w:r w:rsidRPr="00C54DA6">
        <w:rPr>
          <w:color w:val="000000" w:themeColor="text1"/>
          <w:sz w:val="19"/>
        </w:rPr>
        <w:t xml:space="preserve">☐ </w:t>
      </w:r>
      <w:proofErr w:type="spellStart"/>
      <w:r w:rsidRPr="00C54DA6">
        <w:rPr>
          <w:color w:val="000000" w:themeColor="text1"/>
          <w:sz w:val="19"/>
        </w:rPr>
        <w:t>سرمایه‌گذاری</w:t>
      </w:r>
      <w:proofErr w:type="spellEnd"/>
      <w:r w:rsidRPr="00C54DA6">
        <w:rPr>
          <w:color w:val="000000" w:themeColor="text1"/>
          <w:sz w:val="19"/>
        </w:rPr>
        <w:t xml:space="preserve"> / </w:t>
      </w:r>
      <w:proofErr w:type="spellStart"/>
      <w:r w:rsidRPr="00C54DA6">
        <w:rPr>
          <w:color w:val="000000" w:themeColor="text1"/>
          <w:sz w:val="19"/>
        </w:rPr>
        <w:t>تأمین</w:t>
      </w:r>
      <w:proofErr w:type="spellEnd"/>
      <w:r w:rsidRPr="00C54DA6">
        <w:rPr>
          <w:color w:val="000000" w:themeColor="text1"/>
          <w:sz w:val="19"/>
        </w:rPr>
        <w:t xml:space="preserve"> </w:t>
      </w:r>
      <w:proofErr w:type="spellStart"/>
      <w:r w:rsidRPr="00C54DA6">
        <w:rPr>
          <w:color w:val="000000" w:themeColor="text1"/>
          <w:sz w:val="19"/>
        </w:rPr>
        <w:t>مالی</w:t>
      </w:r>
      <w:proofErr w:type="spellEnd"/>
      <w:r w:rsidRPr="00C54DA6">
        <w:rPr>
          <w:color w:val="000000" w:themeColor="text1"/>
          <w:sz w:val="19"/>
        </w:rPr>
        <w:t xml:space="preserve">     ☐ همکاری پژوهشی     ☐ سایر: 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14F18502" w14:textId="77777777">
        <w:trPr>
          <w:trHeight w:val="510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C32F12" w14:textId="39CE94D9" w:rsidR="00C8226C" w:rsidRPr="00C54DA6" w:rsidRDefault="00000000" w:rsidP="00B556FA">
            <w:pPr>
              <w:bidi/>
              <w:spacing w:after="0"/>
              <w:rPr>
                <w:color w:val="000000" w:themeColor="text1"/>
                <w:sz w:val="22"/>
              </w:rPr>
            </w:pPr>
            <w:r w:rsidRPr="00C54DA6">
              <w:rPr>
                <w:b/>
                <w:color w:val="000000" w:themeColor="text1"/>
                <w:sz w:val="22"/>
              </w:rPr>
              <w:t xml:space="preserve">میزان سرمایه یا منابع موردنیاز و محل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مصرف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آن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(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در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صورت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مشخص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بودن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>)</w:t>
            </w:r>
            <w:r w:rsidR="00B556FA" w:rsidRPr="00C54DA6">
              <w:rPr>
                <w:rFonts w:hint="cs"/>
                <w:b/>
                <w:color w:val="000000" w:themeColor="text1"/>
                <w:sz w:val="22"/>
                <w:rtl/>
              </w:rPr>
              <w:t>:</w:t>
            </w:r>
          </w:p>
        </w:tc>
      </w:tr>
    </w:tbl>
    <w:p w14:paraId="10884B70" w14:textId="77777777" w:rsidR="00C8226C" w:rsidRPr="00C54DA6" w:rsidRDefault="00C8226C" w:rsidP="00B556FA">
      <w:pPr>
        <w:spacing w:after="0"/>
        <w:jc w:val="right"/>
        <w:rPr>
          <w:color w:val="000000" w:themeColor="text1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C8226C" w:rsidRPr="00C54DA6" w14:paraId="66E0516A" w14:textId="77777777">
        <w:trPr>
          <w:trHeight w:val="623"/>
          <w:jc w:val="center"/>
        </w:trPr>
        <w:tc>
          <w:tcPr>
            <w:tcW w:w="9638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C2CA86" w14:textId="0928B0DE" w:rsidR="00C8226C" w:rsidRPr="00C54DA6" w:rsidRDefault="00000000" w:rsidP="00B556FA">
            <w:pPr>
              <w:bidi/>
              <w:spacing w:after="0"/>
              <w:rPr>
                <w:color w:val="000000" w:themeColor="text1"/>
                <w:sz w:val="22"/>
              </w:rPr>
            </w:pPr>
            <w:r w:rsidRPr="00C54DA6">
              <w:rPr>
                <w:b/>
                <w:color w:val="000000" w:themeColor="text1"/>
                <w:sz w:val="22"/>
              </w:rPr>
              <w:t xml:space="preserve">موانع اصلی توسعه یا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تجاری‌سازی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و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برنامه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پیشنهادی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برای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رفع</w:t>
            </w:r>
            <w:proofErr w:type="spellEnd"/>
            <w:r w:rsidRPr="00C54DA6">
              <w:rPr>
                <w:b/>
                <w:color w:val="000000" w:themeColor="text1"/>
                <w:sz w:val="22"/>
              </w:rPr>
              <w:t xml:space="preserve"> </w:t>
            </w:r>
            <w:proofErr w:type="spellStart"/>
            <w:r w:rsidRPr="00C54DA6">
              <w:rPr>
                <w:b/>
                <w:color w:val="000000" w:themeColor="text1"/>
                <w:sz w:val="22"/>
              </w:rPr>
              <w:t>آن‌ها</w:t>
            </w:r>
            <w:proofErr w:type="spellEnd"/>
            <w:r w:rsidR="00B556FA" w:rsidRPr="00C54DA6">
              <w:rPr>
                <w:rFonts w:hint="cs"/>
                <w:b/>
                <w:color w:val="000000" w:themeColor="text1"/>
                <w:sz w:val="22"/>
                <w:rtl/>
              </w:rPr>
              <w:t>:</w:t>
            </w:r>
          </w:p>
        </w:tc>
      </w:tr>
    </w:tbl>
    <w:p w14:paraId="46A04E70" w14:textId="77777777" w:rsidR="00C8226C" w:rsidRPr="00C54DA6" w:rsidRDefault="00C8226C">
      <w:pPr>
        <w:spacing w:after="0"/>
        <w:rPr>
          <w:color w:val="000000" w:themeColor="text1"/>
        </w:rPr>
      </w:pPr>
    </w:p>
    <w:p w14:paraId="0EEDECFE" w14:textId="77777777" w:rsidR="00C8226C" w:rsidRPr="00C54DA6" w:rsidRDefault="00000000" w:rsidP="00B556FA">
      <w:pPr>
        <w:bidi/>
        <w:spacing w:after="20" w:line="240" w:lineRule="auto"/>
        <w:rPr>
          <w:color w:val="000000" w:themeColor="text1"/>
        </w:rPr>
      </w:pPr>
      <w:r w:rsidRPr="00C54DA6">
        <w:rPr>
          <w:b/>
          <w:color w:val="000000" w:themeColor="text1"/>
          <w:sz w:val="20"/>
        </w:rPr>
        <w:t>آیا مایل به معرفی طرح به مراکز رشد، شرکت‌های فناور، صنعت یا سرمایه‌گذاران برای پیگیری همکاری هستید؟</w:t>
      </w:r>
    </w:p>
    <w:p w14:paraId="58A978A1" w14:textId="77777777" w:rsidR="00C8226C" w:rsidRPr="00C54DA6" w:rsidRDefault="00000000" w:rsidP="00B556FA">
      <w:pPr>
        <w:bidi/>
        <w:spacing w:after="60" w:line="240" w:lineRule="auto"/>
        <w:rPr>
          <w:color w:val="000000" w:themeColor="text1"/>
        </w:rPr>
      </w:pPr>
      <w:r w:rsidRPr="00C54DA6">
        <w:rPr>
          <w:color w:val="000000" w:themeColor="text1"/>
          <w:sz w:val="19"/>
        </w:rPr>
        <w:t>☐ بله     ☐ خیر     ☐ مایل به دریافت اطلاعات بیشتر هستم</w:t>
      </w:r>
    </w:p>
    <w:p w14:paraId="0F38F73E" w14:textId="77777777" w:rsidR="00C8226C" w:rsidRPr="00C54DA6" w:rsidRDefault="00C8226C">
      <w:pPr>
        <w:spacing w:after="0"/>
        <w:rPr>
          <w:color w:val="000000" w:themeColor="text1"/>
        </w:rPr>
      </w:pPr>
    </w:p>
    <w:p w14:paraId="1771AE23" w14:textId="77777777" w:rsidR="00C8226C" w:rsidRPr="00C54DA6" w:rsidRDefault="00000000" w:rsidP="00D363D8">
      <w:pPr>
        <w:bidi/>
        <w:spacing w:after="60" w:line="240" w:lineRule="auto"/>
        <w:rPr>
          <w:color w:val="000000" w:themeColor="text1"/>
        </w:rPr>
      </w:pPr>
      <w:r w:rsidRPr="00C54DA6">
        <w:rPr>
          <w:color w:val="000000" w:themeColor="text1"/>
          <w:sz w:val="18"/>
        </w:rPr>
        <w:t>تأیید متقاضی: اطلاعات ارائه‌شده تا حد اطلاع اینجانب صحیح است و دبیرخانه می‌تواند برای پیگیری مرتبط با رویداد با نماینده گروه تماس بگیرد.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C8226C" w:rsidRPr="00C54DA6" w14:paraId="40B46B33" w14:textId="77777777">
        <w:trPr>
          <w:jc w:val="center"/>
        </w:trPr>
        <w:tc>
          <w:tcPr>
            <w:tcW w:w="4791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32396C" w14:textId="77777777" w:rsidR="00C8226C" w:rsidRPr="00C54DA6" w:rsidRDefault="00000000" w:rsidP="00D363D8">
            <w:pPr>
              <w:bidi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</w:rPr>
              <w:t>نام و امضای نماینده گروه: ................................</w:t>
            </w:r>
          </w:p>
        </w:tc>
        <w:tc>
          <w:tcPr>
            <w:tcW w:w="4791" w:type="dxa"/>
            <w:tcBorders>
              <w:top w:val="single" w:sz="6" w:space="0" w:color="A6B8C9"/>
              <w:left w:val="single" w:sz="6" w:space="0" w:color="A6B8C9"/>
              <w:bottom w:val="single" w:sz="6" w:space="0" w:color="A6B8C9"/>
              <w:right w:val="single" w:sz="6" w:space="0" w:color="A6B8C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1D3BA" w14:textId="77777777" w:rsidR="00C8226C" w:rsidRPr="00C54DA6" w:rsidRDefault="00000000" w:rsidP="00D363D8">
            <w:pPr>
              <w:bidi/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C54DA6">
              <w:rPr>
                <w:b/>
                <w:bCs/>
                <w:color w:val="000000" w:themeColor="text1"/>
                <w:sz w:val="20"/>
              </w:rPr>
              <w:t>تاریخ: ........................................................</w:t>
            </w:r>
          </w:p>
        </w:tc>
      </w:tr>
    </w:tbl>
    <w:p w14:paraId="64815B31" w14:textId="77777777" w:rsidR="00C8226C" w:rsidRPr="00C54DA6" w:rsidRDefault="00C8226C">
      <w:pPr>
        <w:spacing w:after="0"/>
        <w:rPr>
          <w:color w:val="000000" w:themeColor="text1"/>
        </w:rPr>
      </w:pPr>
    </w:p>
    <w:sectPr w:rsidR="00C8226C" w:rsidRPr="00C54DA6" w:rsidSect="00034616">
      <w:footerReference w:type="default" r:id="rId8"/>
      <w:pgSz w:w="12240" w:h="15840"/>
      <w:pgMar w:top="737" w:right="935" w:bottom="709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D9DB0" w14:textId="77777777" w:rsidR="00B164A0" w:rsidRDefault="00B164A0">
      <w:pPr>
        <w:spacing w:after="0" w:line="240" w:lineRule="auto"/>
      </w:pPr>
      <w:r>
        <w:separator/>
      </w:r>
    </w:p>
  </w:endnote>
  <w:endnote w:type="continuationSeparator" w:id="0">
    <w:p w14:paraId="6CCAE356" w14:textId="77777777" w:rsidR="00B164A0" w:rsidRDefault="00B1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ambria"/>
    <w:panose1 w:val="020B0604020202020204"/>
    <w:charset w:val="B2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BB37" w14:textId="77777777" w:rsidR="00C8226C" w:rsidRDefault="00000000">
    <w:pPr>
      <w:pStyle w:val="Footer"/>
      <w:bidi/>
      <w:jc w:val="center"/>
    </w:pPr>
    <w:proofErr w:type="spellStart"/>
    <w:r>
      <w:rPr>
        <w:color w:val="646464"/>
        <w:sz w:val="16"/>
      </w:rPr>
      <w:t>چالش</w:t>
    </w:r>
    <w:proofErr w:type="spellEnd"/>
    <w:r>
      <w:rPr>
        <w:color w:val="646464"/>
        <w:sz w:val="16"/>
      </w:rPr>
      <w:t xml:space="preserve"> «</w:t>
    </w:r>
    <w:proofErr w:type="spellStart"/>
    <w:r>
      <w:rPr>
        <w:color w:val="646464"/>
        <w:sz w:val="16"/>
      </w:rPr>
      <w:t>از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فناوری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تا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بازار</w:t>
    </w:r>
    <w:proofErr w:type="spellEnd"/>
    <w:proofErr w:type="gramStart"/>
    <w:r>
      <w:rPr>
        <w:color w:val="646464"/>
        <w:sz w:val="16"/>
      </w:rPr>
      <w:t>»  |</w:t>
    </w:r>
    <w:proofErr w:type="gramEnd"/>
    <w:r>
      <w:rPr>
        <w:color w:val="646464"/>
        <w:sz w:val="16"/>
      </w:rPr>
      <w:t xml:space="preserve">  ICBME2026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87EEF" w14:textId="77777777" w:rsidR="00B164A0" w:rsidRDefault="00B164A0">
      <w:pPr>
        <w:spacing w:after="0" w:line="240" w:lineRule="auto"/>
      </w:pPr>
      <w:r>
        <w:separator/>
      </w:r>
    </w:p>
  </w:footnote>
  <w:footnote w:type="continuationSeparator" w:id="0">
    <w:p w14:paraId="270CA66D" w14:textId="77777777" w:rsidR="00B164A0" w:rsidRDefault="00B16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7215134">
    <w:abstractNumId w:val="8"/>
  </w:num>
  <w:num w:numId="2" w16cid:durableId="1075281159">
    <w:abstractNumId w:val="6"/>
  </w:num>
  <w:num w:numId="3" w16cid:durableId="381948914">
    <w:abstractNumId w:val="5"/>
  </w:num>
  <w:num w:numId="4" w16cid:durableId="2093815838">
    <w:abstractNumId w:val="4"/>
  </w:num>
  <w:num w:numId="5" w16cid:durableId="532040654">
    <w:abstractNumId w:val="7"/>
  </w:num>
  <w:num w:numId="6" w16cid:durableId="1245338088">
    <w:abstractNumId w:val="3"/>
  </w:num>
  <w:num w:numId="7" w16cid:durableId="508180748">
    <w:abstractNumId w:val="2"/>
  </w:num>
  <w:num w:numId="8" w16cid:durableId="1350259689">
    <w:abstractNumId w:val="1"/>
  </w:num>
  <w:num w:numId="9" w16cid:durableId="534119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5B1"/>
    <w:rsid w:val="0013189C"/>
    <w:rsid w:val="0015074B"/>
    <w:rsid w:val="00201A88"/>
    <w:rsid w:val="0029639D"/>
    <w:rsid w:val="00326F90"/>
    <w:rsid w:val="004A1A4A"/>
    <w:rsid w:val="00576B31"/>
    <w:rsid w:val="00771E76"/>
    <w:rsid w:val="00AA1D8D"/>
    <w:rsid w:val="00B164A0"/>
    <w:rsid w:val="00B47730"/>
    <w:rsid w:val="00B556FA"/>
    <w:rsid w:val="00B5622E"/>
    <w:rsid w:val="00C54DA6"/>
    <w:rsid w:val="00C8226C"/>
    <w:rsid w:val="00CB0664"/>
    <w:rsid w:val="00D363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DF4E6C0"/>
  <w14:defaultImageDpi w14:val="300"/>
  <w15:docId w15:val="{99A14337-0EF3-2E42-92ED-EE68F3F7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B Nazanin" w:eastAsia="B Nazanin" w:hAnsi="B Nazanin" w:cs="B Nazani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Mahshid kharaziha</cp:lastModifiedBy>
  <cp:revision>2</cp:revision>
  <dcterms:created xsi:type="dcterms:W3CDTF">2026-10-25T19:09:00Z</dcterms:created>
  <dcterms:modified xsi:type="dcterms:W3CDTF">2026-10-25T19:09:00Z</dcterms:modified>
  <cp:category/>
</cp:coreProperties>
</file>